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4881: 小蓝的秘密通信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小蓝和表哥相约发电子邮件来交流。但是为了不让其他人“窃听”他们之间的通信内容，他俩决定对发送的信息进行加密处理。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小蓝设计的加密方法如下：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1.把原文里面的所有字符进行倒序存储（如把“abc def”存为“fed cba”）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2.原文中所有的字符都在字母表中被循环左移了 4 个位置（如 defg 变成 zabc，DEFG 变成了 ZABC）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现在小蓝收到表哥发的一封邮件，请设计一个程序帮他把原文解密出来。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输入一串字符。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输出解密后的字符。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!hhwxpagowx cjeuwhl arkh E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I love playing basketball!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