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4880: 小红晨跑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4880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小红今年 9 岁，为了让她从小就有健康的体魄，爸爸每天早上都会带着她晨跑。小红每天也会记录晨跑的距离，以此来督促自己。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已知小红已经连续晨跑了 5 天，以及每天晨跑的距离（单位：米），请你编写一个程序，计算 5 天内小红晨跑的总距离和平均距离。总距离除以总天数 5 即可求得平均距离，计算结果向下取整。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 5 个整数，分别表示小红连续 5 天晨跑的距离（每天晨跑距离在 500 ∼ 2000 之间包括 500 和 2000 单位：米）。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输出包含两行：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第一行是一个整数，表示小红 5 天晨跑的总距离（单位：米）。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第二行是一个整数，表示小红 5 天晨跑的平均距离（单位：米），计算结果向下取整。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500 500 500 600 623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2723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544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