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4879: 分蛋糕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小蓝有 n 块蛋糕，分给小青 3 块后，还剩余几块蛋糕？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请编写程序计算出小蓝剩余的蛋糕数。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代表小蓝的蛋糕数 (3 ≤ n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输出小蓝剩余的蛋糕数量。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