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4878: 能量回收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大部分新能源电动汽车上配备能量回收系统。它通过回收车辆在制动或惯性中释放出的多余能量，并通过发电机将其转化为电能，再转存至蓄电池当中用于汽车行驶，可以有效延长车辆续航里程。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一辆电动汽车出发时是满电状态，有 20 格电。它每次从山底到山顶要耗电 x 格；每次从山顶到山底，在能量回收系统的作用下，可以充电 y格。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很明显，只要能上坡，就能翻越一座山，输入 x 和 y 的值（y &lt; x），编程计算汽车最多可以连续翻越几次山？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输入包含两个整数 x 和 y，分别表示汽车从山底到山顶耗电的格数和从山顶到山底充电的格数。两个整数之间用空格分隔。（且满足 1 ≤ y &lt; x ≤ 20）。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输出一个整数，表示汽车在满电状态下最多可以连续翻越几次山。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