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4877: 五星连珠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小蓝对符号很感兴趣，最喜欢的一个符号是 *。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小蓝知道你正在学编程，想请你通过编写程序的方式为小蓝展示五个连续的 *。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输出五个连续的 *。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