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4876: 数列筛选奇数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在整数中，不能被 2 整除的数叫做奇数。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的数列，找出奇数元素并按输入的顺序依次输出。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n = 8，数列为：4 5 2 7 10 8 9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输出数列的奇数元素为 5 7 9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n，表示数列的长度(1 ≤ n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个整数，表示数列中的元素，每两个整数之间用空格分隔。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输出一行，包含数列中所有的奇数元素，按输入顺序依次输出，每两个整数之间用空格分隔。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4 5 2 7 10 8 9 1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5 7 9 1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