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4872: 计算机语言排行榜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TIOBE 2 月计算机语言排行榜出炉，下面是前 5 名的清单：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1名：Python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2名：C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3名：Java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名：C++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5 名：C#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请你设计一个程序，根据输入的名次显示对应的语言名称。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n，代表名次 (n &lt; 10)。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输出名次对应的语言名称。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C++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