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4871: 背诵诗词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4871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蓝桥等考基础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184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粮食是生活的平安保障，是幸福的营养，是快乐的乐章，是发展的后盾。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生活中也经常见到用诗句“谁知盘中餐，粒粒皆辛苦”来宣传节约粮食的重要性。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小蓝同学为了记住这句诗词，决定用编程来输出这句诗词中每个字汉语拼音的首字母。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输出一串字符。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无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szpzclljxk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