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4869: 模仿秀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电视台举办一场模仿秀节目，评委根据选手的体态、语言和形体动作的相似程度进行打分，现给出 n 位选手的各项得分情况，要求统计出每位选手的总分。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输入包含多行：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n，表示选手的数量(1 ≤ n≤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行，每行包含三数，分别表示每位选手的体态得分、语言得分和形体动作得分。每两个数之间用空格分隔。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 n 行，每行输出一个选手的总分，即该选手的体态得分、语言得分与形体动作得分之和。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90 80 100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93 99 70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89 91 80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270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262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