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4867: 计算圆的周长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圆的周长 = 2 × π  ×  半径。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给定圆的半径，编写程序计算圆的周长（其中 π 取近似值3.14）。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例如：半径为 3 的圆，面积为 2 × 3.14  ×  3 = 18（只保留整数部分的值）。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 正整数 r，代表圆的半径。（r &lt; 100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输出一个正整数，输出圆的周长。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