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4865: 更正名单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4865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本学期的校级三好学生的名单公布出来了，小蓝发现名单上某个学生名字拼错了，就把名单上错误的名字更正，把正确的名单提交给老师了。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请你设计一个程序来实现小蓝更正名单的过程。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输入的第一行包含一个数字 x ,表示入选三好学生的人数。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输入的第二行包含一个字符串 s1，表示名单上的名字。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输入的第三行包含一个字符串 s2，表示要修改的和正确的名字。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修改后正确的名单。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Xiaolan Peter Zhangsan Tommy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Tommy Tom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Xiaolan Peter Zhangsan Tom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