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media/image2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4863: 直角三角形斜边的长度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4863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蓝桥等考函数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小知识：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1）直角三角形有一个角为直角；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2）直角三角形的两条直角边长度的平方和等于斜边长度的平方，如图所示：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给定直角三角形的两条直角边的长度，计算直角三角形的斜边长度。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1）5 的平方等于 25 ，则 25 的算术平方根等于5；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2）求算术平方根使用 sqrt() 函数，需要包含头文件cmath。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946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sibhntc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94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99391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m4khj5z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9939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输入两个整数 m，n代表三角形直角边的长度。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输出三角形的斜边。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