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4859: 卖汽水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某商店有 n 瓶汽水，上午卖掉了 15 瓶，下午卖掉的和上午一样多，请计算这个商店晚上还剩多少瓶汽水。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n，表示汽水的瓶数。(n 在int范围内)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输出一个正整数，表示这个商店晚上剩余汽水的瓶数。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