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4858: 自动售货机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有一台售货机，自动售卖玻璃瓶饮料，同时回收空瓶。每 5 个空瓶可以换 2 瓶新的饮料。小蓝刚开始买了 x 瓶饮料，编程计算他最多能喝多少瓶饮料。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小蓝先买 9 瓶饮料，喝掉 9 瓶，剩 9个空瓶；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拿 5 个空瓶换 2 瓶新的，喝掉 2 瓶，剩 6 个空瓶；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拿 5 个空瓶换 2 瓶新的，喝掉 2 瓶，剩 3 个空瓶；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 5 个空瓶才能换，不能找别人借瓶子，所以最多能喝 9+2+2=13 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x，表示小蓝最初购买的饮料瓶数。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输出一个整数，表示小蓝最多能喝到的饮料瓶数。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