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4852: 输出数列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n，输出 0 ∼ n 的所有整数（包括 0 和 n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n。（ n 是int范围内数）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0 ∼ n 的所有整数（包括 0 和 n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0 1 2 3 4 5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