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4851: 速滑练习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2022 年北京举办冬奥会，这几天佩琪也一直坚持在体育馆滑冰场练习 1500 米速滑，为了实践科学训练的方法，她把每次完成一组练习（ 1500 米）的时间都做了一个记录，以便分析这些天速滑成绩是否整体有进步。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请你帮助她设计一个程序，通过统计每次完成一组练习的时间（单位：秒），计算平均时间。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输入的第一行包含一个整数 n，表示佩琪完成练习的次数。（1 ≤ n ≤ 10）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行，每行包含一个整数 a_i，表示第 i 次完成一组练习所用的时间（单位：秒）。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输出一个整数，表示佩琪完成一组练习的平均时间。（单位：秒）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200 240 220 240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