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4828: 水果派对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小蓝最近在学习各种水果的英文单词，比如苹果的英文为 apple ，香蕉的英文为 banana。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请你编写一个程序，换行输出英文单词 apple 和 banana。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输出共两行：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第一行为单词 apple；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第二行为单词 banana。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apple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banana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