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4824: 打字速度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普通人的打字速度是每分钟 50 到 80 字，给出一个人的打字速度，请编写程序判定他的打字等级。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n，表示每分钟打字的数量。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小于 50，输出 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在 50 ∼ 80 之间（包含 50 和 80），输出 1；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 n 大于 80，输出 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说明/提示：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题目保证输入数据范围为 1 ∼ 400。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输入输出格式要和样例严格保持一致，不要输出任何与答案无关的内容，如“请输入：”之类的提示信息，或者在数据前面输出多余的空格或空行。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