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4823: 剩余的积分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小蓝最近迷上了跑步换积分的活动，只需要每天跑步，就可以用跑的步数换取一定的积分，然后就可以用积分换购心爱的玩具了。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活动规则如下：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每天跑的步数除以 100 就是当天的积分（只向下保留整数部分），多余的步数清零。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换购一个玩具需要花掉 p 个积分，不限换购次数。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小蓝参加活动 n 天后，想知道把这 n 天的全部积分都换购成玩具，最后还剩余多少积分。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请帮小蓝编写程序来实现他的想法。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行输入两个整数 n 和 p。（1 ≤ n ≤ 50，1 ≤ p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个整数代表每天跑步的步数。(步数均在 1 ∼ 10000 之间)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输出一个整数，代表小蓝的剩余积分。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10000 10000 10000 10000 10000 10000 12000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