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4822: 3的倍数数列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一个整数能够被另一个整数整除，这个整数就是另一整数的倍数。如 6 能够被 3 整除，因此 6 是 3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m、n，输出从 m 到 n 之间 3 的倍数数列。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m 和 n。（1 ≤ m ≤ n ≤ 500）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m 到 n 之间 3 的倍数数列，数字之间用空格隔开。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3 6 9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