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4816: 整数的位数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4816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n，输出它是几位数。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输入包含一个正整数 n。(n &lt; 100000)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13256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