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4814: 亲和数判断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4814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蓝桥等考函数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约数，又称因数。整数 a 除以整数 b ( b≠0 ) 除得的商正好是整数而没有余数，就说 b 是 a 的约数。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亲和数，指两个正整数 a 、b，a 的全部约数（本身除外）之和等于 b ；并且 b 的全部约数（本身除外）之和等于 a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例如：a = 220 ，b = 284 ，是一对亲和数，因为：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220 的约数（本身除外）之和 = 1 + 2 + 4 + 5 + 10 + 11 + 20 + 22 + 44 + 55 + 110 = 284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284 的约数（本身除外）之和 = 1 + 2 + 4 + 71 + 142 = 220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 n 对正整数，判断每对数是否为亲和数。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输入第一行包含一个整数 n，表示待判断的正整数对的数量。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 n 行，每行包含两个正整数 a 和 b（以空格分隔），表示一对待判断的正整数。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对于每对输入的正整数，输出一行。如果这对数是亲和数，则输出 " 1 "；否则，输出 " 0 "（不包括引号）。确保每对数的判断结果独占一行。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220 284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120 160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