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4813: 输出字符串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4813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蓝桥等考基础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请在电脑屏幕中输出字符串“ Hello,C++! 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（无）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注意：本题没有输入，不要写任何输入语句！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输出字符串“ Hello,C++!”。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 输入输出格式要和样例严格保持一致，不要输出任何与答案无关的内容，如“请输入：”之类的提示信息，或者在数据前面输出多余的空格或空行。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 字符串中字母“H”和“C”要大写，其余都是小写，两个单词之间没有空格。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3.所有的符号都要使用英文符号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（无）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Hello,C++!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