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4807: 等考级别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目前等级考试 C++ 组共有 18 个级别。请你在电脑屏幕上输出一行字符串：18LEVELS。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注意：本题没有输入！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输出仅一行，输出字符串 18LEVELS。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本题输出的英文字母全部为大写。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18LEVELS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