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4806: 整数除法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 a 和 b ，通过编程计算 a 除以 b 的商和余数。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输入仅一行，包含两个整数 a ( 1 ≤ a ≤ 100 )，b ( 1 ≤ b ≤ 100)，且两个正整数之间用一个空格隔开。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输出仅一行，包含两个整数，分别表示 a 除以 b 的商和余数，且两个整数之间用一个空格隔开。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11 4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