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4802: 最大的数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蓝桥等考数组问题循环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输入一个有 n 个无重复元素的整数数组 a ，输出数组中最大的数。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C++选手如使用排序库函数 sort()，需要包含头文件 # include   &lt;algorithm&gt;。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输入第一行包含一个整数 n，表示数组 a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接下来的一行包含 n 个空格分隔的整数，表示数组 a 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输出一个整数，代表数组 a 中最大的元素。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4 5 1 3 8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