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4800: 小蓝的名字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请在电脑屏幕中输出小蓝的名字拼音 xiaolan。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xiaolan。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xiaolan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