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4798: 不是3的倍数的数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如果整数 a 能被整数 b 整除，那么 a 就是 b 的倍数。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例如：6 能被 3 整除，所以 6 是 3 的倍数。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给定两个正整数 m 、n ，统计从 m 到 n 之间不是 3 的倍数的数总共有多少。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例如：m = 1，n = 15，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1 ∼ 15 之间，3 的倍数有 3，6，9，12，15，共有 5 个；剩下不是 3 的倍数的数总共有 10 个，所以输出 10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输入包含两个正整数 m 和 n（1 ≤ m ≤ n ≤ 10^9 ），分别表示区间的起始和结束。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你需要统计从 m 到 n 之间不是 3 的倍数的数的数量。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输出一个整数，表示从 m 到 n 之间不是 3 的倍数的数的总数量。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