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4797: 东南西北的英文单词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4797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蓝桥等考分支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小蓝刚学完了东南西北 4 个方向的英文单词，为了加强记忆，想编写一个程序。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当输入某个方向的英文单词的首字母，程序就输出对应的完整英文单词。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输入字母 E 或者 e ，则输出 East 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输入字母 S 或者 s ，则输出 South；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输入字母 W 或者 w，则输出 West；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输入字母 N 或者 n ，则输出 North；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输入其他字母，则输出 Wrong。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请你帮助小蓝设计这个程序。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输入一个字母，表示某个方向的英文单词首字母。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按照题目描述，输出对应方向的完整英文单词（注意：单词的首字母大写）。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S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South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