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4795: 找第一个只出现k次的字符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4795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给定一个只包含小写字母的字符串，请编写程序从左往右找到第一个只出现 k 次的字符。如果没有，输出 no。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例如：字符串为 ebacabcc ，k=2 时，b 和 a 都只出现了 2 次，由于 b 先出现，所以程序输出 b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 包含一个只包含小写字母的字符串 S ,和一个整数 k ，表示要查找的字符在字符串中应出现的次数。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输出一个字符或字符串。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如果存在至少一个字符在字符串中恰好出现了 k 次，并且这个字符是所有满足条件的字符中最早出现的那个，则输出该字符。如果没有满足条件的字符，则输出 "no"（不包括引号）。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ebacabcc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b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