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4789: 后缀是“er”的单词数量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给定若干个英文单词，单词之间使用一个空格隔开，把其中后缀为 er 的单词的数量统计出来。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例如：输入为 referer kick in store owner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其中，referer 和 owner 这 2 个单词的后缀是 er，所以输出为 2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输入由若干个英文单词组成，单词之间使用一个空格隔开。输入的最后一个单词后面没有多余的空格。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输出一个整数，表示输入的单词中，后缀为 er 的单词的数量。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referer kick in store owner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