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4788: 打印字母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小蓝最近刚学习英文字母表。为了加深记忆，小蓝决定通过编程输出字母表中前 5 个字母的小写形式：a 、b 、c 、d 、e。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本题目无需输入。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输出由英文字母表中前 5 个字母的小写，即 abcde。每个字母一行。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无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