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4785: 买蛋糕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每块蛋糕的售价是 15 元，小蓝要给 n 个好朋友每人买一块蛋糕，需要花多少钱。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，表示小蓝要给的好朋友的数量。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输出一个整数，表示小蓝为了给每位好朋友买一块蛋糕所需支付的总金额（单位：元）。每块蛋糕的售价是 15 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