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4783: 1~n之间的偶数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 ，输出从 1 到 n（包括 1 和 n ）之间的所有偶数。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 。（0 ≤ n ≤ 200）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 1 到 n（包括 1 和 n ）之间的所有偶数。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2 4 6 8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