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4782: 航空母舰的补给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航空母舰作为舰员人数最多、武器装备最复杂的海上庞然大物，每天要消耗的各种物资的数量是极其惊人的。在航母出海期间，各种复杂的高强度工作，使得航母舰员的体力、精力消耗成倍增加，因此需要有个良好的伙食保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媒体介绍，中国海军第一艘航空母舰辽宁舰出海期间，每人每天将消耗至少 5 千克的食物。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假如让小蓝给辽宁舰运送补给，给定舰员的数量和出海执行任务的天数，请你帮小蓝计算一下，至少需要运送多少千克食物才够用。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输入包含两个整数 n 和 d ，分别表示辽宁舰上的舰员人数和出海执行任务的天数。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输出一个整数，表示为了保证辽宁舰上所有舰员在出海期间每人每天至少消耗 5 千克食物的需求，小蓝至少需要运送的食物总量（以千克为单位）。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1200 30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