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4781: 字母大小写转换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输入一个小写字母，输出其对应的大写字母。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输入一个小写字母。( a ~ z)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输出其对应的大写字母。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b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