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4778: 严格递减连续子数列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蓝桥等考数组问题连续性统计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一个数列，如果从第 2 项起，每一项都小于它前面的一项，这样的数列叫做严格递减数列。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例如：8 7 6 4 2 就是严格递减数列。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给定一个数列，计算出长度为 3 的严格递减连续子数列的个数。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例如，当数列为 7 4 1 3 8 6 5 2 9，其中（7 4 1）、（8 6 5）、（6 5 2）是长度为 3 的严格递减连续子数列，所以计算结果为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行输入整数 N。（不超过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个整数。(每个整数的值不超过 1000)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输出一个整数，代表符合条件的子序列的数量。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7 4 1 3 8 6 5 2 9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