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4771: 输出英文单词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请你在电脑屏幕上输出英文单词 program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注意：本题没有输入，不要写任何输入语句！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program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1.输出格式要和样例严格保持一致，不要输出任何与答案无关的内容，或者在数据前面输出多余的空格或空行。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2.单词的字母都是小写形式。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program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