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4768: 矩阵每一列的最大值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输入一个整数矩阵，找出每一列的最大值并输出。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列元素为 1，5，最大值为 5；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列元素为 6，2，最大值为 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列元素为 3，7，最大值为 7；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列元素为 8，4，最大值为 8；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相应的输出结果为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m 和 n（1 ≤ m,n ≤ 20 分别表示矩阵的行数和列数）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紧接着是 m 行，每行包含 n 个由空格分隔的整数，表示矩阵中的元素。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n 个由空格分隔的整数，依次表示矩阵中每一列元素的最大值。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5 2 7 4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5 6 7 8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