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4765: 五进制转换为十进制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输入一个五进制正整数，将其转换成十进制数。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输入一个字符串形式表示的五进制正整数 n。该字符串只包含字符 0 到 4，且不会以 0开头（除非整个数字0）。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将输入的五进制正整数转换为对应的十进制数，并输出这个十进制数值。输出应为一个整数，表示转换后得到的十进制数值。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