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4758: 冰雹猜想2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提示信息：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冰雹猜想是指：一个正整数 x，如果是奇数就乘以 3 再加1，如果是偶数就除以 2，这样经过若干步计算，最终会得到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例如：x=5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步 5 × 3 + 1 = 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步 16 / 2 =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步 8 / 2 =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4 步 4 / 2 =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5 步 2 / 2 =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 5 步计算，最终得到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2 个正整数 m，n，求出 m 到 n 之间每一个整数各要经过多少步计算才会得到 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输入包含两个正整数 m 和 n，用空格隔开，表示需要计算从 m 到 n （包括 m 和 n）之间每个整数通过冰雹猜想过程达到 1 所需的步数。假设 1 ≤ m ≤ n ≤ 100。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7 2 5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