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4755: 加法计算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4755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小蓝拿到一本练习册，上面有很多加法计算题，每道题都是这样的形式：a:2,b:3,a+b= 其中 a 代表 2，b 代表 3，题目要求计算 a + b 的和。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小蓝决定编写程序来解决这些计算题。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输入一行，格式为 a :x, b : y ,a + b =，其中 x 和 y 是两个非负整数 (0 ≤ x,y ≤ 10^9)，分别代表变量 a 和 b 的值。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a:2,b:3,a+b=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