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4749: 无敌时间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“星球大战”是一个电子射击竞技游戏，你控制着主角的飞船与罪恶的敌人展开战斗。游戏中会随时出现一种神奇的光环，从光环出现的那一刻起，主角获得 5 秒的无敌时间，可防止来自敌人的任何伤害。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无敌时间不能累加，无论主角是否处于无敌状态，从最近的光环出现起，5 秒后光环自动消失，无敌状态随即解除。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现在告诉你一局游戏中光环出现的所有时刻，如果主角始终生存，而且最后一个光环消失前游戏不会结束，计算无敌时间的总时长秒数。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一局游戏中出现3次光环，分别在第 1 秒初、第 7 秒初和第 8 秒初。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秒初，主角获得 5秒的无敌时间，光环到第 6 秒初消失；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7 秒初，主角再次获得 5秒的无敌时间，光环到第 12 秒初消失；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8 秒初，主角再次获得 5 秒的无敌时间，由于当时已经是无敌状态，无敌时间不能累加，光环到第 13秒初消失。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在这个例子中，无敌时间的总长是 11 秒。下图中，从上到下，列举了 3 次光环出现后的无敌持续时间，蓝色表示主角处于无敌状态。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4466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sumanh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46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输入包含一个整数 n（ 1 ≤ n ≤ 10^5  ），表示一局游戏中光环出现的次数。接下来的一行有 n 个由空格分隔的整数 t_i（ 1 ≤ t_i ≤ 10^9），表示每次光环出现的时刻（秒初）。保证给出的 t_i 按照严格递增顺序排列。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主角在一局游戏中处于无敌状态的总时长秒数。即根据光环出现的所有时刻，计算出主角获得的无敌时间总长度，注意处理无敌时间段之间的重叠情况。确保即使在最后一个光环消失前游戏不会结束的情况下，也能准确计算无敌时间的总时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