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4748: 判断小蓝得分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朗诵比赛中，小蓝、小白和小红三个人的得分名列前茅，现给定三个人的得分，你来判断一下小蓝的得分是否是三个人中最高（包含并列最高）。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输入三个正整数 a、b、c（ 0 &lt; a，b，c ≤ 400)，分别表示小蓝、小白和小红三个人的得分。三个正整数之间一个空格隔开。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如果小蓝得分是三个人中最高（包含并列最高）输出 yes，否则输出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300 280 290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