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4747: 完全数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完全数是一些特殊的自然数。它所有的真因子（即除了它本身以外的约数）的和恰好等于它本身。例如： 6 就是一个完全数，它有约数 1、2、3、6，除去它本身 6 外，其余 3 个约数相加，1+2+3=6。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m 和 n，要求出 m 到 n 之间所有的完全数。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m 和 n（1 ≤ m,n ≤ 100000）。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一个整数，为不大于 n 的正整数中，完全数的个数。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