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4743: 矩阵左右翻转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m × n 的整数矩阵，将其左右翻转后输出。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m = 4，n = 3，4 × 3 的矩阵为：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4 8 7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左右翻转后的结果为：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输入的第一行包含两个正整数 m 和 n，分别表示矩阵的行数和列数。(1 ≤ m,n ≤ 20)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m 行，每行包含 n 个整数，用空格隔开，表示矩阵中的元素。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输出左右翻转后的矩阵，共 m 行，每行 n 个整数，用空格隔开。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即原矩阵中每一行的元素顺序完全颠倒。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例如，如果原矩阵某一行是 a_1 a_2 ⋯ a_n，则输出时该行应为 a_n ⋯ a_2 a_1。确保每个元素之间恰好有一个空格，且每行最后一个元素后没有多余的空格。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4 8 7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8 4 2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