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4739: 01比特串左移操作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 比特串指由 0 和 1 组成的字符串，例如：1011。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左移操作用来将一个 01 比特串的每一位数字全部左移若干位，右边补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例如：将 01 比特串 00001011 左移 2 位，得到的新01 比特串为 00101100。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左移操作过程如下图所示：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现给定一个 01 比特串和左移操作的位数，请输出左移操作后的结果。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474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aexvjr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47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行输入整数 n，代表 01 比特串的长度。（1 ≤ n ≤ 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行输入一个由 0 和 1 组成的字符串 S（即一个 01 比特串）。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行是一个非负整数 k ，表示需要将字符串 S 左移 k 位。(1 ≤ k ≤ 20)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输出左移操作后的结果——一个新的由  0 和 1 组成的字符串。该字符串是原始字符串 S 左移 k 位后，在右侧补 0 得到的结果。如果 k 大于等于字符串 S 的长度，则输出全为 0 的字符串，其长度与原字符串相同。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1 1 0 0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