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4738: 0~n之间的奇数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n，输出从 0 到 n（包括 0 和 n ）之间的所有奇数。（1 ≤ n ≤ 200）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n，表示需要输出从 0 到 n 范围内的所有奇数。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输出若干个奇数，每行一个，按照从小到大的顺序排列。如果范围内没有奇数，则不输出任何内容。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1 3 5 7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