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4737: 孪生质数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4737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蓝桥等考循环自定义函数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87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质数又称为素数，一个大于 1 的自然数，除了 1 和它自身外，不能被其他自然数整除的数叫做质数。2 是最小的质数。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孪生质数就是指相差 2 的质数对，例如 3 和 5，5 和 7，11 和 13 ⋯。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现在给定两个正整数 m，n，要找出 m 到 n（包含m、n）之间所有的孪生质数。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注意：孪生质数必须都在 m 与 n 之间。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输入包含两个正整数 m 和 n，用空格隔开，表示需要在区间 [m , n] 内寻找所有的孪生质数。（1 ≤ m ≤ n ≤ 2000）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输出若干行，每行包含一对孪生质数 p_1 和 p_2，满足p_2 − p_1 = 2，且 p_1 和 p_2 都在区间 [m ,n] 内。孪生质数对按照从小到大的顺序输出。如果区间内没有孪生质数，请输出 -1。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1 20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5 7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11 13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17 19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