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4736: “1”出现的次数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4736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蓝桥等考循环短除法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给定两个正整数 m、n，在纸上写下从 m 到 n 的所有整数，然后数一下数字 “1” 出现的次数。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例如：当 m=1，n=2 时，写下 1，2。总共出现了 1 个 “1”；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当 m=8，n=12 时，写下 8，9，10，11，12。总共出现了 4 个“1”。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请设计程序来统计从 m 到 n 之间（含 m 和 n ）所有整数中数字“1”出现的次数。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输入包含两个正整数 m 和 n，分别表示区间的起始值和终止值。两个整数之间用空格分隔。（1 ≤ m ≤ n ≤ 10^6）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输出一个整数，表示从 m 到 n 的所有整数中数字“1”出现的总次数。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8 12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